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Capability check: fictional data</w:t>
      </w:r>
    </w:p>
    <w:p>
      <w:r>
        <w:t>DOCX marker: EAST-731. Green boxes: 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